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245E15" w14:textId="77777777" w:rsidR="00B10F51" w:rsidRDefault="00122CEA">
      <w:pPr>
        <w:pStyle w:val="Heading1"/>
      </w:pPr>
      <w:r>
        <w:t>Williams Fire Levy – Community Questions &amp; Answers</w:t>
      </w:r>
    </w:p>
    <w:p w14:paraId="263A3428" w14:textId="77777777" w:rsidR="00B10F51" w:rsidRDefault="00122CEA">
      <w:r>
        <w:rPr>
          <w:b/>
        </w:rPr>
        <w:t>A factual summary based on the adopted 2026–2027 Williams Rural Fire Protection District budget.</w:t>
      </w:r>
      <w:r>
        <w:rPr>
          <w:b/>
        </w:rPr>
        <w:br/>
      </w:r>
    </w:p>
    <w:p w14:paraId="21EFA4FF" w14:textId="77777777" w:rsidR="00B10F51" w:rsidRDefault="00122CEA">
      <w:r>
        <w:t>This document is intended to provide factual information about the proposed levy and the operations of the Williams Fire District. It is not intended to encourage or discourage any person from voting for or against the measure. Voters are encouraged to review the available information, ask questions, and make their own informed decision.</w:t>
      </w:r>
    </w:p>
    <w:p w14:paraId="0199828A" w14:textId="77777777" w:rsidR="00B10F51" w:rsidRDefault="00122CEA">
      <w:pPr>
        <w:pStyle w:val="Heading2"/>
      </w:pPr>
      <w:r>
        <w:t>1. Why is the district asking for more money now?</w:t>
      </w:r>
    </w:p>
    <w:p w14:paraId="79318893" w14:textId="77777777" w:rsidR="00B10F51" w:rsidRDefault="00122CEA">
      <w:r>
        <w:t>Two significant funding sources are ending at the same time: the district's current 65¢ per $1,000 of assessed value local option levy is scheduled to expire, and temporary grant funding that helped improve staffing and emergency response is also ending. The district will continue receiving permanent property tax revenue, but district officials state that permanent funding alone is not sufficient to maintain 24-hour staffing and the current level of emergency service after those temporary funding sources en</w:t>
      </w:r>
      <w:r>
        <w:t>d.</w:t>
      </w:r>
    </w:p>
    <w:p w14:paraId="7C516231" w14:textId="77777777" w:rsidR="00B10F51" w:rsidRDefault="00122CEA">
      <w:pPr>
        <w:pStyle w:val="Heading2"/>
      </w:pPr>
      <w:r>
        <w:t>2. Where does the money go?</w:t>
      </w:r>
    </w:p>
    <w:p w14:paraId="5930E1AB" w14:textId="77777777" w:rsidR="00B10F51" w:rsidRDefault="00122CEA">
      <w:r>
        <w:t>The adopted budget provides funding for firefighter staffing, volunteer recruitment and training, emergency medical response, apparatus maintenance, protective equipment, communications, facilities, utilities, insurance, and the daily operation of the fire district.</w:t>
      </w:r>
      <w:r>
        <w:br/>
      </w:r>
      <w:r>
        <w:br/>
      </w:r>
      <w:r>
        <w:t>Williams Fire District follows Oregon's Local Budget Law, which requires a public budgeting process, public meetings, and opportunities for community participation. The district also complies with Oregon's Public Meetings Law. An independent financial audit is completed annually as required by state law, and the Board of Directors reviews the district's finances during every regular Board meeting. Monthly financial reports are included in the Board meeting packet, and the adopted budget, annual audit, and f</w:t>
      </w:r>
      <w:r>
        <w:t>inancial reports are available for public review.</w:t>
      </w:r>
    </w:p>
    <w:p w14:paraId="434E3E4E" w14:textId="77777777" w:rsidR="00B10F51" w:rsidRDefault="00122CEA">
      <w:pPr>
        <w:pStyle w:val="Heading2"/>
      </w:pPr>
      <w:r>
        <w:t>3. Has the district reduced spending before asking for this levy?</w:t>
      </w:r>
    </w:p>
    <w:p w14:paraId="2BB9005E" w14:textId="77777777" w:rsidR="00B10F51" w:rsidRDefault="00122CEA">
      <w:r>
        <w:t>Yes.</w:t>
      </w:r>
      <w:r>
        <w:br/>
      </w:r>
      <w:r>
        <w:br/>
        <w:t>Before asking voters to consider this measure, the district reduced personnel costs by more than $100,000, reduced Materials and Services expenditures by approximately $27,000, reduced Capital Outlay from $60,000 to $30,000, eliminated consulting expenses, and continues sharing executive and administrative services with Applegate Fire District through an Intergovernmental Agreement to reduce costs and improve efficiency.</w:t>
      </w:r>
    </w:p>
    <w:p w14:paraId="734FDB4E" w14:textId="77777777" w:rsidR="00B10F51" w:rsidRDefault="00122CEA">
      <w:pPr>
        <w:pStyle w:val="Heading2"/>
      </w:pPr>
      <w:r>
        <w:lastRenderedPageBreak/>
        <w:t>4. Why can't grants continue paying for everything?</w:t>
      </w:r>
    </w:p>
    <w:p w14:paraId="599D3246" w14:textId="77777777" w:rsidR="00B10F51" w:rsidRDefault="00122CEA">
      <w:r>
        <w:t>Grants are intended to supplement local funding—not permanently fund a fire district's day-to-day operations. They are awarded for specific purposes, have defined performance requirements, and always have an expiration date. The grants currently supporting Williams Fire District are all scheduled to end during this budget cycle.</w:t>
      </w:r>
      <w:r>
        <w:br/>
      </w:r>
      <w:r>
        <w:br/>
      </w:r>
      <w:r>
        <w:t>The district will continue pursuing grant opportunities for staffing, equipment, training, and community risk reduction programs whenever they are available. However, grants are competitive, not guaranteed, often require local matching funds, are limited to specific purposes, and are temporary by design. For those reasons, grants are not considered a reliable long-term funding source for essential emergency services.</w:t>
      </w:r>
    </w:p>
    <w:p w14:paraId="7E9E99D7" w14:textId="77777777" w:rsidR="00B10F51" w:rsidRDefault="00122CEA">
      <w:pPr>
        <w:pStyle w:val="Heading2"/>
      </w:pPr>
      <w:r>
        <w:t>5. Will Williams lose its fire department if the levy fails?</w:t>
      </w:r>
    </w:p>
    <w:p w14:paraId="2580DB52" w14:textId="77777777" w:rsidR="00B10F51" w:rsidRDefault="00122CEA">
      <w:r>
        <w:t>No.</w:t>
      </w:r>
      <w:r>
        <w:br/>
      </w:r>
      <w:r>
        <w:br/>
      </w:r>
      <w:r>
        <w:t>Williams Fire District will continue to exist and continue receiving its permanent property tax revenue. However, permanent funding alone is not sufficient to sustain the district's current level of service. Without the proposed levy, 24-hour paid staffing would end when the current levy and grant funding expire, and emergency response would once again rely primarily on volunteer firefighters.</w:t>
      </w:r>
    </w:p>
    <w:p w14:paraId="5B6AA956" w14:textId="77777777" w:rsidR="00B10F51" w:rsidRDefault="00122CEA">
      <w:pPr>
        <w:pStyle w:val="Heading2"/>
      </w:pPr>
      <w:r>
        <w:t>6. Can't we just rely on volunteers?</w:t>
      </w:r>
    </w:p>
    <w:p w14:paraId="25EF2C33" w14:textId="77777777" w:rsidR="00B10F51" w:rsidRDefault="00122CEA">
      <w:r>
        <w:t>Volunteer firefighters have been the backbone of rural fire protection for generations and will continue to play an essential role at Williams Fire District. However, volunteers are not employees or on-duty personnel. They have jobs, families, and other commitments, and they respond when they are available.</w:t>
      </w:r>
      <w:r>
        <w:br/>
      </w:r>
      <w:r>
        <w:br/>
      </w:r>
      <w:r>
        <w:t>Unlike paid firefighters, volunteers are not required to respond when dispatched. Each volunteer decides whether they are available and willing to respond to a particular emergency. Some volunteers respond to every type of incident, while others may respond only to certain calls based on their training, availability, experience, or personal circumstances.</w:t>
      </w:r>
      <w:r>
        <w:br/>
      </w:r>
      <w:r>
        <w:br/>
      </w:r>
      <w:r>
        <w:t>Because volunteers must first leave wherever they are, travel to the station or directly to the emergency, and because the number of volunteers responding varies from call to call, it generally takes longer to assemble a response than when firefighters are already on duty at a staffed station.</w:t>
      </w:r>
      <w:r>
        <w:br/>
      </w:r>
      <w:r>
        <w:br/>
      </w:r>
      <w:r>
        <w:t>Like many communities across the country, Williams Fire District has also experienced the nationwide decline in volunteerism. Recruiting, training, and retaining volunteer firefighters has become increasingly difficult, making it challenging for rural fire districts to rely exclusively on volunteer response.</w:t>
      </w:r>
    </w:p>
    <w:p w14:paraId="637F5FD7" w14:textId="77777777" w:rsidR="00B10F51" w:rsidRDefault="00122CEA">
      <w:pPr>
        <w:pStyle w:val="Heading2"/>
      </w:pPr>
      <w:r>
        <w:lastRenderedPageBreak/>
        <w:t>7. Why isn't mutual aid enough?</w:t>
      </w:r>
    </w:p>
    <w:p w14:paraId="288CA79A" w14:textId="77777777" w:rsidR="00B10F51" w:rsidRDefault="00122CEA">
      <w:r>
        <w:t>Neighboring fire districts provide mutual aid every day, and Williams Fire District both gives and receives that assistance. Mutual aid is an important part of the fire service, but it is designed to supplement a community's emergency response—not replace it.</w:t>
      </w:r>
      <w:r>
        <w:br/>
      </w:r>
      <w:r>
        <w:br/>
        <w:t>Fire departments have a responsibility to maintain emergency response within their own districts before sending resources elsewhere. As a result, the availability of mutual aid depends on what resources are available at the time of the emergency.</w:t>
      </w:r>
      <w:r>
        <w:br/>
      </w:r>
      <w:r>
        <w:br/>
      </w:r>
      <w:r>
        <w:t>Mutual aid resources often travel greater distances and are most commonly used for larger incidents requiring additional personnel and equipment. They are not intended to provide routine day-to-day staffing for medical emergencies and other calls where having a local crew already in the community can make a significant difference.</w:t>
      </w:r>
      <w:r>
        <w:br/>
      </w:r>
      <w:r>
        <w:br/>
      </w:r>
      <w:r>
        <w:t>The mutual aid system works best when every participating fire district maintains its own ability to respond locally while also being able to assist neighboring communities when resources are available.</w:t>
      </w:r>
    </w:p>
    <w:p w14:paraId="37069962" w14:textId="77777777" w:rsidR="00B10F51" w:rsidRDefault="00122CEA">
      <w:pPr>
        <w:pStyle w:val="Heading2"/>
      </w:pPr>
      <w:r>
        <w:t>8. Why does 24-hour staffing matter?</w:t>
      </w:r>
    </w:p>
    <w:p w14:paraId="133727A9" w14:textId="77777777" w:rsidR="00B10F51" w:rsidRDefault="00122CEA">
      <w:r>
        <w:t>A staffed fire station and a volunteer fire station operate differently.</w:t>
      </w:r>
      <w:r>
        <w:br/>
      </w:r>
      <w:r>
        <w:br/>
        <w:t>With 24-hour staffing, firefighters are already at the station and can begin responding as soon as a 9-1-1 call is dispatched.</w:t>
      </w:r>
      <w:r>
        <w:br/>
      </w:r>
      <w:r>
        <w:br/>
      </w:r>
      <w:r>
        <w:t>With a volunteer response, firefighters first receive the dispatch and then decide whether they are available and willing to respond. Because volunteers are not employees and are under no obligation to respond to any particular call, the number of responders—and how quickly they arrive—can vary from one emergency to the next. Volunteers may also choose the types of incidents they respond to based on their training, availability, experience, or personal circumstances.</w:t>
      </w:r>
      <w:r>
        <w:br/>
      </w:r>
      <w:r>
        <w:br/>
      </w:r>
      <w:r>
        <w:t>If enough volunteers respond, they leave whatever they are doing, travel to the station or directly to the emergency, assemble the necessary personnel and equipment, and then respond.</w:t>
      </w:r>
      <w:r>
        <w:br/>
      </w:r>
      <w:r>
        <w:br/>
        <w:t>Both systems provide valuable service, but they do not provide the same level of response capability. The Williams Fire District Board identified maintaining 24-hour staffing as its highest funding priority because it provides the fastest and most consistent emergency response for the community.</w:t>
      </w:r>
    </w:p>
    <w:p w14:paraId="45F936D1" w14:textId="77777777" w:rsidR="00B10F51" w:rsidRDefault="00122CEA">
      <w:pPr>
        <w:pStyle w:val="Heading2"/>
      </w:pPr>
      <w:r>
        <w:t>9. Is the proposed levy being added to the current 65¢ levy?</w:t>
      </w:r>
    </w:p>
    <w:p w14:paraId="04B8C127" w14:textId="77777777" w:rsidR="00B10F51" w:rsidRDefault="00122CEA">
      <w:r>
        <w:t xml:space="preserve">No. The current 65¢ per $1,000 of assessed value local option levy expires before the proposed levy would begin. The proposed $1.35 per $1,000 of assessed value levy would replace the </w:t>
      </w:r>
      <w:r>
        <w:lastRenderedPageBreak/>
        <w:t>expiring levy. Compared with the current local option levy, the increase would be 70¢ per $1,000 of assessed value.</w:t>
      </w:r>
    </w:p>
    <w:p w14:paraId="3ED6A4BF" w14:textId="77777777" w:rsidR="00B10F51" w:rsidRDefault="00122CEA">
      <w:pPr>
        <w:pStyle w:val="Heading2"/>
      </w:pPr>
      <w:r>
        <w:t>10. How much would this cost?</w:t>
      </w:r>
    </w:p>
    <w:p w14:paraId="4B7B1A56" w14:textId="77777777" w:rsidR="00B10F51" w:rsidRDefault="00122CEA">
      <w:r>
        <w:t>Property taxes are based on a property's assessed value, not its market value.</w:t>
      </w:r>
      <w:r>
        <w:br/>
      </w:r>
      <w:r>
        <w:br/>
      </w:r>
      <w:r>
        <w:t>The proposed levy would cost $1.35 per $1,000 of assessed value. Because the current 65¢ local option levy is scheduled to expire, the net increase would be 70¢ per $1,000 of assessed value.</w:t>
      </w:r>
      <w:r>
        <w:br/>
      </w:r>
      <w:r>
        <w:br/>
        <w:t>Examples:</w:t>
      </w:r>
      <w:r>
        <w:br/>
        <w:t>$200,000 AV: $140/year ($11.67/month)</w:t>
      </w:r>
      <w:r>
        <w:br/>
        <w:t>$300,000 AV: $210/year ($17.50/month)</w:t>
      </w:r>
      <w:r>
        <w:br/>
        <w:t>$400,000 AV: $280/year ($23.33/month)</w:t>
      </w:r>
    </w:p>
    <w:p w14:paraId="4CAE451C" w14:textId="77777777" w:rsidR="00B10F51" w:rsidRDefault="00122CEA">
      <w:pPr>
        <w:pStyle w:val="Heading2"/>
      </w:pPr>
      <w:r>
        <w:t>11. Is Applegate Fire taking over Williams Fire?</w:t>
      </w:r>
    </w:p>
    <w:p w14:paraId="549E2447" w14:textId="77777777" w:rsidR="00B10F51" w:rsidRDefault="00122CEA">
      <w:r>
        <w:t>No.</w:t>
      </w:r>
      <w:r>
        <w:br/>
      </w:r>
      <w:r>
        <w:br/>
      </w:r>
      <w:r>
        <w:t>Williams Fire District and Applegate Fire District are separate local governments with separate elected Boards of Directors, separate budgets, separate tax rates, separate policies, procedures, and strategic plans. The two districts share executive staff through an Intergovernmental Agreement (IGA) to reduce costs and improve efficiency, but neither district has any authority over the other.</w:t>
      </w:r>
      <w:r>
        <w:br/>
      </w:r>
      <w:r>
        <w:br/>
      </w:r>
      <w:r>
        <w:t>When the executive staff are working on behalf of Williams Fire District, they serve under the direction of the Williams Board of Directors and are responsible for carrying out the Williams budget, strategic plan, policies, and procedures.</w:t>
      </w:r>
      <w:r>
        <w:br/>
      </w:r>
      <w:r>
        <w:br/>
        <w:t>Likewise, when working on behalf of Applegate Fire District, they serve under the direction of the Applegate Board of Directors and are responsible for carrying out the Applegate budget, strategic plan, policies, and procedures.</w:t>
      </w:r>
      <w:r>
        <w:br/>
      </w:r>
      <w:r>
        <w:br/>
      </w:r>
      <w:r>
        <w:t>Neither Board of Directors nor the shared executive staff has proposed, supported, or pursued a merger, consolidation, or takeover of either district. The shared-services agreement exists solely to improve efficiency while allowing each district to remain independent and governed by its own elected Board.</w:t>
      </w:r>
      <w:r>
        <w:br/>
      </w:r>
      <w:r>
        <w:br/>
      </w:r>
      <w:r>
        <w:t>For more than two years, Chief Wolfard has consistently stated that the greatest benefit to Applegate Fire District is for Williams Fire District to remain a strong, independent, and reliable neighboring fire district. Likewise, the greatest benefit to Williams Fire District is having Applegate remain a strong, independent, and reliable neighboring fire district. The purpose of the partnership is to strengthen both districts so each can better serve its own community—not to combine them.</w:t>
      </w:r>
    </w:p>
    <w:p w14:paraId="51E2A137" w14:textId="77777777" w:rsidR="00B10F51" w:rsidRDefault="00122CEA">
      <w:pPr>
        <w:pStyle w:val="Heading2"/>
      </w:pPr>
      <w:r>
        <w:lastRenderedPageBreak/>
        <w:t>12. Where do Williams firefighters live?</w:t>
      </w:r>
    </w:p>
    <w:p w14:paraId="7E4FAA9F" w14:textId="77777777" w:rsidR="00B10F51" w:rsidRDefault="00122CEA">
      <w:r>
        <w:t>Like many rural fire districts, Williams Fire District personnel come from both within and outside the district. Firefighters are hired and retained based on their qualifications, training, and ability to serve the community—not where they live.</w:t>
      </w:r>
      <w:r>
        <w:br/>
      </w:r>
      <w:r>
        <w:br/>
      </w:r>
      <w:r>
        <w:t>Williams Fire District expects every employee and volunteer to serve with honesty, integrity, and professionalism, regardless of where they reside. The district also respects the personal privacy of its employees and volunteers.</w:t>
      </w:r>
      <w:r>
        <w:br/>
      </w:r>
      <w:r>
        <w:br/>
      </w:r>
      <w:r>
        <w:t>The relevant question is not where individual firefighters live, but whether the district has enough qualified personnel available to provide the level of emergency service the community chooses to support. The Williams Fire District Board believes hiring the most qualified people best serves the community.</w:t>
      </w:r>
    </w:p>
    <w:p w14:paraId="51518854" w14:textId="77777777" w:rsidR="00B10F51" w:rsidRDefault="00122CEA">
      <w:pPr>
        <w:pStyle w:val="Heading2"/>
      </w:pPr>
      <w:r>
        <w:t>13. Are taxpayer dollars used for employee gifts, holiday events, or other non-emergency activities?</w:t>
      </w:r>
    </w:p>
    <w:p w14:paraId="3FE7CE04" w14:textId="77777777" w:rsidR="00B10F51" w:rsidRDefault="00122CEA">
      <w:r>
        <w:t>No. The district's operating budget and property tax revenue are used to provide emergency services and support district operations. Employee gifts, holiday events, and similar activities are funded separately by the Williams Fire Support Team through donations and fundraising—not by the fire district or taxpayer dollars.</w:t>
      </w:r>
    </w:p>
    <w:p w14:paraId="3AD73E94" w14:textId="77777777" w:rsidR="00B10F51" w:rsidRDefault="00122CEA">
      <w:pPr>
        <w:pStyle w:val="Heading2"/>
      </w:pPr>
      <w:r>
        <w:t>14. Do firefighters personally benefit if the levy passes?</w:t>
      </w:r>
    </w:p>
    <w:p w14:paraId="6E888669" w14:textId="77777777" w:rsidR="00B10F51" w:rsidRDefault="00122CEA">
      <w:r>
        <w:t>The purpose of the proposed levy is to fund the fire district's operations and maintain emergency services for the community. Like any fire district, a portion of the budget is used to pay employees who provide emergency response, maintain equipment, train, and keep the district operating.</w:t>
      </w:r>
      <w:r>
        <w:br/>
      </w:r>
      <w:r>
        <w:br/>
        <w:t>The proposed levy is not intended to provide employee bonuses or special compensation. Its purpose is to maintain the level of emergency service authorized by the Williams Fire District Board and funded by the community.</w:t>
      </w:r>
    </w:p>
    <w:p w14:paraId="06995166" w14:textId="77777777" w:rsidR="00B10F51" w:rsidRDefault="00122CEA">
      <w:pPr>
        <w:pStyle w:val="Heading2"/>
      </w:pPr>
      <w:r>
        <w:t>15. How can I learn more?</w:t>
      </w:r>
    </w:p>
    <w:p w14:paraId="42D47538" w14:textId="77777777" w:rsidR="00B10F51" w:rsidRDefault="00122CEA">
      <w:r>
        <w:t>The Williams Fire District encourages every voter to review the available information and ask questions before casting a ballot.</w:t>
      </w:r>
      <w:r>
        <w:br/>
      </w:r>
      <w:r>
        <w:br/>
        <w:t>Additional information is available through:</w:t>
      </w:r>
      <w:r>
        <w:br/>
        <w:t>• The adopted district budget</w:t>
      </w:r>
      <w:r>
        <w:br/>
        <w:t>• Annual independent financial audits</w:t>
      </w:r>
      <w:r>
        <w:br/>
        <w:t>• Monthly Board meeting packets and financial reports</w:t>
      </w:r>
      <w:r>
        <w:br/>
        <w:t>• Regular Board of Directors meetings</w:t>
      </w:r>
      <w:r>
        <w:br/>
        <w:t>• Community meetings and public presentations</w:t>
      </w:r>
      <w:r>
        <w:br/>
        <w:t>• District staff and Board members</w:t>
      </w:r>
      <w:r>
        <w:br/>
      </w:r>
      <w:r>
        <w:lastRenderedPageBreak/>
        <w:br/>
      </w:r>
      <w:r>
        <w:t>The district is committed to providing factual information so every voter can make an informed decision.</w:t>
      </w:r>
    </w:p>
    <w:p w14:paraId="6BA1C3E7" w14:textId="77777777" w:rsidR="00B10F51" w:rsidRDefault="00122CEA">
      <w:r>
        <w:t>This document is intended to provide factual information about the proposed levy and the operations of the Williams Fire District. It is not intended to encourage or discourage any person from voting for or against the measure. Voters are encouraged to review the available information, ask questions, and make their own informed decision.</w:t>
      </w:r>
    </w:p>
    <w:sectPr w:rsidR="00B10F51"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982342262">
    <w:abstractNumId w:val="8"/>
  </w:num>
  <w:num w:numId="2" w16cid:durableId="792554071">
    <w:abstractNumId w:val="6"/>
  </w:num>
  <w:num w:numId="3" w16cid:durableId="559250783">
    <w:abstractNumId w:val="5"/>
  </w:num>
  <w:num w:numId="4" w16cid:durableId="1403989583">
    <w:abstractNumId w:val="4"/>
  </w:num>
  <w:num w:numId="5" w16cid:durableId="996542897">
    <w:abstractNumId w:val="7"/>
  </w:num>
  <w:num w:numId="6" w16cid:durableId="1647007128">
    <w:abstractNumId w:val="3"/>
  </w:num>
  <w:num w:numId="7" w16cid:durableId="2010212985">
    <w:abstractNumId w:val="2"/>
  </w:num>
  <w:num w:numId="8" w16cid:durableId="537088509">
    <w:abstractNumId w:val="1"/>
  </w:num>
  <w:num w:numId="9" w16cid:durableId="17661519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22CEA"/>
    <w:rsid w:val="0015074B"/>
    <w:rsid w:val="0029639D"/>
    <w:rsid w:val="00326F90"/>
    <w:rsid w:val="00862F30"/>
    <w:rsid w:val="00A5220C"/>
    <w:rsid w:val="00AA1D8D"/>
    <w:rsid w:val="00B10F51"/>
    <w:rsid w:val="00B47730"/>
    <w:rsid w:val="00CB0664"/>
    <w:rsid w:val="00EA394F"/>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21C04F0"/>
  <w14:defaultImageDpi w14:val="330"/>
  <w15:docId w15:val="{584776FC-DB0A-4F88-81EB-F88AC57CA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1885</Words>
  <Characters>10597</Characters>
  <Application>Microsoft Office Word</Application>
  <DocSecurity>0</DocSecurity>
  <Lines>353</Lines>
  <Paragraphs>337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12145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Rachael Couch</cp:lastModifiedBy>
  <cp:revision>2</cp:revision>
  <cp:lastPrinted>2026-08-31T23:16:00Z</cp:lastPrinted>
  <dcterms:created xsi:type="dcterms:W3CDTF">2026-09-04T06:21:00Z</dcterms:created>
  <dcterms:modified xsi:type="dcterms:W3CDTF">2026-09-04T06:21:00Z</dcterms:modified>
  <cp:category/>
</cp:coreProperties>
</file>